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 שיח -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תמרורים נפוצים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הקשר בין כללי זהירות בדרך לערכים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בקצרה מחשבות אישיות בעקבות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מה אומר התמרור?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לגמרי לפני המשך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אסור לבצע פנייה לאחור במקום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צריך להתכונן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הגוף שלהם עדיין לא מתאים לחגורה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להאט ולתת זכות קדימה להולכי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לקבוע מי עובר ראשון בצומת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צהוב לפני ירוק מסמן התכוננות בלבד, לא זינוק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בכרטיס העוסק במושב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תמרור עצור מחייב עצירה מלאה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בכרטיס העוסק ברמזור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תמרור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(לעצור לגמרי ולבדוק לפני המשך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(אות להתכונן לשינוי הקרוב באור)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(אסור לבצע פנייה לאחור במקום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שבו חייבים לתת זכות קדימה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(הגנה המתאימה לגיל ולמשקל של הילד)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קצרה: תמרור וחיים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דוגמה ברורה והסבר קצר על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רלוונטיות המראות מחשבה לפני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אישי של תחושות גופניות כמו דופק מהיר או נשימה כבדה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תמרור, מסביר נכון את משמעותו בכביש, ומקשר אותו לערך בחיים עם דוגמה אישית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מלאה לפני המשך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לשינוי הקרוב ברמזור, לא להאיץ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המקשרת בין משמעות התמרור לערך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שלושת כרטיסי הדוגמה ולבקש מהתלמידים לנחש את הערך שמאחורי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בעלי קשיי כתיבה לענות בעל פה על חלקי הכתיבה הקצרה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בשיתוף קצר של תשובה אחת מכל תלמיד מהחלק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 שיח -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אומר כל תמרור בכביש, ונחשוב איך זה קשור גם לחיים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בכביש שמעביר הוראה או מידע לנהגים ולהולכי 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רשאי לעבור ראשון בצומת או במעבר חציה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שמורה מתי לנסוע ומתי לעצור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פניית פרסה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של הרכב לאחור, חזרה בכיוון ההפוך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מיוחד לילדים ברכב, מתאים לגיל ולמשקל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עצמית ברגע של כעס או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אחריות על החלטות והתנהגות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מה אומר התמרור?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לעשות כשרואים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לגמרי לפני המשך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בלבד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זכות קדימה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אסור לעשות כשיש את התמרור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לבצע פנייה לאחור במקום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כשהרמזור מתחלף לצהוב לפני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להתכונן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להאיץ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לעצור באמצע הצומת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לפנות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מושב מיוחד לילדים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נוח להם לשבת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הגוף שלהם עדיין לא מתאים לחגורה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 בלבד ואין סיבה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נוח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הנהג צריך לעשות ליד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תמיד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ולתת זכות קדימה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 ולחלוף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זכות קדימה אומרת על מי עובר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מי מדבר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מי עובר ראשון בצומת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מהירות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מקום חניה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"אסור לפנות פרסה" מתייחס לפנייה לאחור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 צהוב שמופיע לפני ירוק אומר להתחיל לנסוע מיד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בטיחות לילד נבחר לפי הגיל והמשקל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להתעלם מתמרור עצור אם רואים שהכביש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 צהוב שמופיע לפני אדום מסמן להתכונן לעצור ולא להאיץ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תמרור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 להתכונן לשינוי הקרוב באור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 המתאימה לגיל ולמשקל של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אסור לפנות פרסה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חייבים לתת זכות קדימה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אסור לבצע פנייה לאחור במקום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מושב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לעצור לגמרי ולבדוק לפני המשך נסיעה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__________ מורה לנהג לעצור לגמרי לפני המשך הנסיעה.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קטנים נוסעים במושב __________ שמתאים לגיל ולמשקל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לבצע פנייה __________ במקום שיש בו תמרור האוסר 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רמזור __________ מסמן שהאור עומד להתחלף ושצריך להתכונן.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בתמרור מעבר חציה הנהג צריך לתת זכות __________ להולכי הרגל.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קצרה: תמרור וחיים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דבר שעזר לכם כשהייתם קטנים וכיום כבר לא צריך אותו, ומה מחליף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שאלות שכדאי לשאול את עצמכם לפני החלטה חשובה שקשה לחזור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על הסימנים בגוף שמראים לכם שאתם מתחילים לכעוס או להילחץ, כמו ברמזור צהוב.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תמרור כביש וכתבו: מה המשמעות שלו בכביש, ואיזה ערך בחיים הוא יכול לייצג. הוסיפו דוגמה 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ברמזור צהוב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לערך בחיים שתמרור אחד יכול ללמד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תמרורי שיח -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