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תמרורי 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תמרורי שיח - בטיחות בדרכים וערכי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המשמעות של תמרורים נפוצים בכביש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הקשר בין כללי זהירות בדרך לערכים בחיים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בקצרה מחשבות אישיות בעקבות 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הבנה: מה אומר התמרור?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לעצור לגמרי לפני המשך הנסיעה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צריך להתכונן לעצור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המדויקת של התמרור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בכרטיס העוסק במושב 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תמרור ומשמעותו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(לעצור לגמרי ולבדוק לפני המשך 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(אות להתכונן לשינוי הקרוב באור)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שבו חייבים לתת זכות קדימה להולכי רגל)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קצרה: תמרור וחיים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דוגמה ברורה והסבר קצר על השינוי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אישי של תחושות גופניות כמו דופק מהיר או נשימה כבדה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מורחבת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עצירה מלאה לפני המשך 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לשינוי הקרוב ברמזור, לא להאיץ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המקשרת בין משמעות התמרור לערך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שלושת כרטיסי הדוגמה ולבקש מהתלמידים לנחש את הערך שמאחורי כל 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לתלמידים בעלי קשיי כתיבה לענות בעל פה על חלקי הכתיבה הקצרה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בשיתוף קצר של תשובה אחת מכל תלמיד מהחלק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תמרורי 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תמרורי שיח - בטיחות בדרכים וערכי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המשמעות של תמרורים בכביש, ונחשוב איך כל תמרור מזמין גם שאלה על החיים - מתי לעצור, למי לתת זכות קדימה ואיך מתמודדים עם רגעי לחץ.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בטיחות  ·  עצור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הבנה: מה אומר התמרור?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תמרור "עצור"?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לעצור לגמרי לפני המשך הנסיעה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להאט בלבד ולהמשיך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לתת זכות קדימה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רמזור צהוב לפני אדום מסמן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צריך להתכונן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צריך להאיץ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צריך לעצור באמצע הצומת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תמרור "אסור לפנות פרסה" מתייחס לפנייה לאחור בכביש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מושב בטיחות לילד נבחר לפי הגיל והמשקל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התאמה: תמרור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שבו חייבים לתת זכות קדימה להולכי 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רמזור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לעצור לגמרי ולבדוק לפני המשך נסיעה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אות להתכונן לשינוי הקרוב באור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תמרור __________ מורה לנהג לעצור לגמרי לפני המשך הנסיעה.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ילדים קטנים נוסעים במושב __________ שמתאים לגיל ולמשקל שלהם.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קצרה: תמרור וחיים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על דבר שעזר לכם כשהייתם קטנים וכיום כבר לא צריך אותו, ומה מחליף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על הסימנים בגוף שמראים לכם שאתם מתחילים לכעוס או להילחץ, כמו ברמזור צהוב.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מורחבת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אומר תמרור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משתמשים ברמזור צהוב ולמה הוא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תמרורי שיח - בטיחות בדרכים וערכי חיים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